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TRAVEL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TRAVEL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H02400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