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OCOL AND MOVE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OCOL AND MOVE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