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RECRUTEUR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RECRUTEUR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H01800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