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CLUTAD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CLUTAD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