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ALYSTE RÉMUNÉRATIO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ALYSTE RÉMUNÉRATIO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