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FIN /RH PROJET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FIN /RH PROJET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