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K AID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K AID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1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