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LIMPIADOR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LIMPIADOR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G01200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7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