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FILING CLERK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FILING CLERK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