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EPCION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EPCION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