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RECEPTIONIST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RECEPTIONIST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