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AGENT DU COMPOUND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AGENT DU COMPOUND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G00500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9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