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MPOUND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MPOUND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