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HEAD COOK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HEAD COOK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G00400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9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