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ER FOR SKILLED POSITIO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ER FOR SKILLED POSITIO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