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ER FOR SKILLED POSITION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ER FOR SKILLED POSITION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