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NANCE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NANCE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