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DIGITAL MARKETING ASSISTANT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DIGITAL MARKETING ASSISTANT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C01400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