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DIGITAL DATA ANALYST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DIGITAL DATA ANALYST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C01300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