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R WEB ED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R WEB ED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