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COMMUNICATION DES PROGRAMMES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COMMUNICATION DES PROGRAMMES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C00300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