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Programme Function Job Description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PROGRAMME MULTI MEDIA OFFICER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Function title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PROGRAMME MULTI MEDIA OFFICER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PFG code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C00100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GGF Level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13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